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771"/>
        <w:tblBorders>
          <w:top w:val="dashed" w:sz="4" w:color="B5B5B5"/>
          <w:left w:val="dashed" w:sz="4" w:color="B5B5B5"/>
          <w:bottom w:val="dashed" w:sz="4" w:color="B5B5B5"/>
          <w:right w:val="dashed" w:sz="4" w:color="B5B5B5"/>
          <w:insideH w:val="nil"/>
          <w:insideV w:val="nil"/>
        </w:tblBorders>
        <w:tblLayout w:type="fixed"/>
        <w:tblCellMar>
          <w:top w:w="397" w:type="dxa"/>
          <w:left w:w="227" w:type="dxa"/>
          <w:bottom w:w="113" w:type="dxa"/>
          <w:right w:w="227" w:type="dxa"/>
        </w:tblCellMar>
        <w:tblLook w:firstColumn="1" w:firstRow="1" w:lastColumn="0" w:lastRow="0" w:noHBand="0" w:noVBand="1" w:val="04A0"/>
      </w:tblPr>
      <w:tblGrid>
        <w:gridCol w:w="283"/>
        <w:gridCol w:w="6746"/>
        <w:gridCol w:w="3742"/>
      </w:tblGrid>
      <w:tr>
        <w:trPr>
          <w:trHeight w:val="4876" w:hRule="exact"/>
        </w:trPr>
        <w:tc>
          <w:tcPr>
            <w:tcW w:type="dxa" w:w="283"/>
            <w:shd w:val="clear" w:color="auto" w:fill="9C7A2A"/>
            <w:tcMar>
              <w:left w:w="0" w:type="dxa"/>
              <w:right w:w="0" w:type="dxa"/>
            </w:tcMar>
            <w:vAlign w:val="top"/>
          </w:tcPr>
          <w:p/>
        </w:tc>
        <w:tc>
          <w:tcPr>
            <w:tcW w:type="dxa" w:w="6746"/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9C7A2A"/>
                <w:sz w:val="18"/>
              </w:rPr>
              <w:t>[NAME DEINES BETRIEBS]</w:t>
            </w:r>
          </w:p>
          <w:p>
            <w:pPr>
              <w:spacing w:before="120" w:after="160"/>
            </w:pPr>
            <w:r>
              <w:rPr>
                <w:rFonts w:ascii="Georgia" w:hAnsi="Georgia" w:eastAsia="Georgia"/>
                <w:b/>
                <w:i w:val="0"/>
                <w:color w:val="1D2430"/>
                <w:sz w:val="64"/>
              </w:rPr>
              <w:t>Gutschein</w:t>
            </w:r>
          </w:p>
          <w:p>
            <w:pPr>
              <w:spacing w:before="0" w:after="360"/>
            </w:pPr>
            <w:r>
              <w:rPr>
                <w:rFonts w:ascii="Georgia" w:hAnsi="Georgia" w:eastAsia="Georgia"/>
                <w:b w:val="0"/>
                <w:i w:val="0"/>
                <w:color w:val="1D2430"/>
                <w:sz w:val="26"/>
              </w:rPr>
              <w:t xml:space="preserve">im Wert von </w:t>
            </w:r>
            <w:r>
              <w:rPr>
                <w:rFonts w:ascii="Georgia" w:hAnsi="Georgia" w:eastAsia="Georgia"/>
                <w:b/>
                <w:i w:val="0"/>
                <w:color w:val="9C7A2A"/>
                <w:sz w:val="30"/>
              </w:rPr>
              <w:t>________ €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für   ______________________________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von   ______________________________</w:t>
            </w:r>
          </w:p>
          <w:p>
            <w:pPr>
              <w:spacing w:before="0" w:after="360"/>
            </w:pPr>
            <w:r>
              <w:rPr>
                <w:rFonts w:ascii="Arial" w:hAnsi="Arial" w:eastAsia="Arial"/>
                <w:b w:val="0"/>
                <w:i/>
                <w:color w:val="6B6F76"/>
                <w:sz w:val="17"/>
              </w:rPr>
              <w:t>[Hinweis zur Einlösung, z. B. Ort, Reservierung oder Leistung]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6"/>
              </w:rPr>
              <w:t>[Adresse · Telefon · Website]</w:t>
            </w:r>
          </w:p>
          <w:p>
            <w:pPr>
              <w:spacing w:before="40" w:after="0"/>
            </w:pPr>
            <w:r>
              <w:rPr>
                <w:rFonts w:ascii="Arial" w:hAnsi="Arial" w:eastAsia="Arial"/>
                <w:b w:val="0"/>
                <w:i w:val="0"/>
                <w:color w:val="8D8678"/>
                <w:sz w:val="12"/>
              </w:rPr>
              <w:t>Vorlage: Hafenschnack Marketing · hafenschnack.com</w:t>
            </w:r>
          </w:p>
        </w:tc>
        <w:tc>
          <w:tcPr>
            <w:tcW w:type="dxa" w:w="3742"/>
            <w:vAlign w:val="top"/>
          </w:tcPr>
          <w:p>
            <w:pPr>
              <w:spacing w:before="0" w:after="400"/>
            </w:pPr>
            <w:r>
              <w:rPr>
                <w:rFonts w:ascii="Arial" w:hAnsi="Arial" w:eastAsia="Arial"/>
                <w:b/>
                <w:i w:val="0"/>
                <w:color w:val="1D2430"/>
                <w:sz w:val="20"/>
              </w:rPr>
              <w:t>Nr. 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AUSGESTELLT AM</w:t>
            </w:r>
          </w:p>
          <w:p>
            <w:pPr>
              <w:spacing w:before="160" w:after="32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GÜLTIG BIS</w:t>
            </w:r>
          </w:p>
          <w:p>
            <w:pPr>
              <w:spacing w:before="160" w:after="36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920" w:after="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6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STEMPEL UND UNTERSCHRIFT</w:t>
            </w:r>
          </w:p>
        </w:tc>
      </w:tr>
    </w:tbl>
    <w:p>
      <w:pPr>
        <w:spacing w:after="0"/>
      </w:pPr>
      <w:r>
        <w:rPr>
          <w:rFonts w:ascii="Arial" w:hAnsi="Arial" w:eastAsia="Arial"/>
          <w:b w:val="0"/>
          <w:i w:val="0"/>
          <w:color w:val="1D2430"/>
          <w:sz w:val="14"/>
        </w:rPr>
      </w:r>
    </w:p>
    <w:tbl>
      <w:tblPr>
        <w:tblW w:type="dxa" w:w="10771"/>
        <w:tblBorders>
          <w:top w:val="dashed" w:sz="4" w:color="B5B5B5"/>
          <w:left w:val="dashed" w:sz="4" w:color="B5B5B5"/>
          <w:bottom w:val="dashed" w:sz="4" w:color="B5B5B5"/>
          <w:right w:val="dashed" w:sz="4" w:color="B5B5B5"/>
          <w:insideH w:val="nil"/>
          <w:insideV w:val="nil"/>
        </w:tblBorders>
        <w:tblLayout w:type="fixed"/>
        <w:tblCellMar>
          <w:top w:w="397" w:type="dxa"/>
          <w:left w:w="227" w:type="dxa"/>
          <w:bottom w:w="113" w:type="dxa"/>
          <w:right w:w="227" w:type="dxa"/>
        </w:tblCellMar>
        <w:tblLook w:firstColumn="1" w:firstRow="1" w:lastColumn="0" w:lastRow="0" w:noHBand="0" w:noVBand="1" w:val="04A0"/>
      </w:tblPr>
      <w:tblGrid>
        <w:gridCol w:w="283"/>
        <w:gridCol w:w="6746"/>
        <w:gridCol w:w="3742"/>
      </w:tblGrid>
      <w:tr>
        <w:trPr>
          <w:trHeight w:val="4876" w:hRule="exact"/>
        </w:trPr>
        <w:tc>
          <w:tcPr>
            <w:tcW w:type="dxa" w:w="283"/>
            <w:shd w:val="clear" w:color="auto" w:fill="9C7A2A"/>
            <w:tcMar>
              <w:left w:w="0" w:type="dxa"/>
              <w:right w:w="0" w:type="dxa"/>
            </w:tcMar>
            <w:vAlign w:val="top"/>
          </w:tcPr>
          <w:p/>
        </w:tc>
        <w:tc>
          <w:tcPr>
            <w:tcW w:type="dxa" w:w="6746"/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9C7A2A"/>
                <w:sz w:val="18"/>
              </w:rPr>
              <w:t>[NAME DEINES BETRIEBS]</w:t>
            </w:r>
          </w:p>
          <w:p>
            <w:pPr>
              <w:spacing w:before="120" w:after="160"/>
            </w:pPr>
            <w:r>
              <w:rPr>
                <w:rFonts w:ascii="Georgia" w:hAnsi="Georgia" w:eastAsia="Georgia"/>
                <w:b/>
                <w:i w:val="0"/>
                <w:color w:val="1D2430"/>
                <w:sz w:val="64"/>
              </w:rPr>
              <w:t>Gutschein</w:t>
            </w:r>
          </w:p>
          <w:p>
            <w:pPr>
              <w:spacing w:before="0" w:after="360"/>
            </w:pPr>
            <w:r>
              <w:rPr>
                <w:rFonts w:ascii="Georgia" w:hAnsi="Georgia" w:eastAsia="Georgia"/>
                <w:b w:val="0"/>
                <w:i w:val="0"/>
                <w:color w:val="1D2430"/>
                <w:sz w:val="26"/>
              </w:rPr>
              <w:t xml:space="preserve">im Wert von </w:t>
            </w:r>
            <w:r>
              <w:rPr>
                <w:rFonts w:ascii="Georgia" w:hAnsi="Georgia" w:eastAsia="Georgia"/>
                <w:b/>
                <w:i w:val="0"/>
                <w:color w:val="9C7A2A"/>
                <w:sz w:val="30"/>
              </w:rPr>
              <w:t>________ €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für   ______________________________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von   ______________________________</w:t>
            </w:r>
          </w:p>
          <w:p>
            <w:pPr>
              <w:spacing w:before="0" w:after="360"/>
            </w:pPr>
            <w:r>
              <w:rPr>
                <w:rFonts w:ascii="Arial" w:hAnsi="Arial" w:eastAsia="Arial"/>
                <w:b w:val="0"/>
                <w:i/>
                <w:color w:val="6B6F76"/>
                <w:sz w:val="17"/>
              </w:rPr>
              <w:t>[Hinweis zur Einlösung, z. B. Ort, Reservierung oder Leistung]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6"/>
              </w:rPr>
              <w:t>[Adresse · Telefon · Website]</w:t>
            </w:r>
          </w:p>
          <w:p>
            <w:pPr>
              <w:spacing w:before="40" w:after="0"/>
            </w:pPr>
            <w:r>
              <w:rPr>
                <w:rFonts w:ascii="Arial" w:hAnsi="Arial" w:eastAsia="Arial"/>
                <w:b w:val="0"/>
                <w:i w:val="0"/>
                <w:color w:val="8D8678"/>
                <w:sz w:val="12"/>
              </w:rPr>
              <w:t>Vorlage: Hafenschnack Marketing · hafenschnack.com</w:t>
            </w:r>
          </w:p>
        </w:tc>
        <w:tc>
          <w:tcPr>
            <w:tcW w:type="dxa" w:w="3742"/>
            <w:vAlign w:val="top"/>
          </w:tcPr>
          <w:p>
            <w:pPr>
              <w:spacing w:before="0" w:after="400"/>
            </w:pPr>
            <w:r>
              <w:rPr>
                <w:rFonts w:ascii="Arial" w:hAnsi="Arial" w:eastAsia="Arial"/>
                <w:b/>
                <w:i w:val="0"/>
                <w:color w:val="1D2430"/>
                <w:sz w:val="20"/>
              </w:rPr>
              <w:t>Nr. 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AUSGESTELLT AM</w:t>
            </w:r>
          </w:p>
          <w:p>
            <w:pPr>
              <w:spacing w:before="160" w:after="32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GÜLTIG BIS</w:t>
            </w:r>
          </w:p>
          <w:p>
            <w:pPr>
              <w:spacing w:before="160" w:after="36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920" w:after="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6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STEMPEL UND UNTERSCHRIFT</w:t>
            </w:r>
          </w:p>
        </w:tc>
      </w:tr>
    </w:tbl>
    <w:p>
      <w:pPr>
        <w:spacing w:after="0"/>
      </w:pPr>
      <w:r>
        <w:rPr>
          <w:rFonts w:ascii="Arial" w:hAnsi="Arial" w:eastAsia="Arial"/>
          <w:b w:val="0"/>
          <w:i w:val="0"/>
          <w:color w:val="1D2430"/>
          <w:sz w:val="14"/>
        </w:rPr>
      </w:r>
    </w:p>
    <w:tbl>
      <w:tblPr>
        <w:tblW w:type="dxa" w:w="10771"/>
        <w:tblBorders>
          <w:top w:val="dashed" w:sz="4" w:color="B5B5B5"/>
          <w:left w:val="dashed" w:sz="4" w:color="B5B5B5"/>
          <w:bottom w:val="dashed" w:sz="4" w:color="B5B5B5"/>
          <w:right w:val="dashed" w:sz="4" w:color="B5B5B5"/>
          <w:insideH w:val="nil"/>
          <w:insideV w:val="nil"/>
        </w:tblBorders>
        <w:tblLayout w:type="fixed"/>
        <w:tblCellMar>
          <w:top w:w="397" w:type="dxa"/>
          <w:left w:w="227" w:type="dxa"/>
          <w:bottom w:w="113" w:type="dxa"/>
          <w:right w:w="227" w:type="dxa"/>
        </w:tblCellMar>
        <w:tblLook w:firstColumn="1" w:firstRow="1" w:lastColumn="0" w:lastRow="0" w:noHBand="0" w:noVBand="1" w:val="04A0"/>
      </w:tblPr>
      <w:tblGrid>
        <w:gridCol w:w="283"/>
        <w:gridCol w:w="6746"/>
        <w:gridCol w:w="3742"/>
      </w:tblGrid>
      <w:tr>
        <w:trPr>
          <w:trHeight w:val="4876" w:hRule="exact"/>
        </w:trPr>
        <w:tc>
          <w:tcPr>
            <w:tcW w:type="dxa" w:w="283"/>
            <w:shd w:val="clear" w:color="auto" w:fill="9C7A2A"/>
            <w:tcMar>
              <w:left w:w="0" w:type="dxa"/>
              <w:right w:w="0" w:type="dxa"/>
            </w:tcMar>
            <w:vAlign w:val="top"/>
          </w:tcPr>
          <w:p/>
        </w:tc>
        <w:tc>
          <w:tcPr>
            <w:tcW w:type="dxa" w:w="6746"/>
            <w:vAlign w:val="top"/>
          </w:tcPr>
          <w:p>
            <w:pPr>
              <w:spacing w:before="0" w:after="0"/>
            </w:pPr>
            <w:r>
              <w:rPr>
                <w:rFonts w:ascii="Arial" w:hAnsi="Arial" w:eastAsia="Arial"/>
                <w:b/>
                <w:i w:val="0"/>
                <w:color w:val="9C7A2A"/>
                <w:sz w:val="18"/>
              </w:rPr>
              <w:t>[NAME DEINES BETRIEBS]</w:t>
            </w:r>
          </w:p>
          <w:p>
            <w:pPr>
              <w:spacing w:before="120" w:after="160"/>
            </w:pPr>
            <w:r>
              <w:rPr>
                <w:rFonts w:ascii="Georgia" w:hAnsi="Georgia" w:eastAsia="Georgia"/>
                <w:b/>
                <w:i w:val="0"/>
                <w:color w:val="1D2430"/>
                <w:sz w:val="64"/>
              </w:rPr>
              <w:t>Gutschein</w:t>
            </w:r>
          </w:p>
          <w:p>
            <w:pPr>
              <w:spacing w:before="0" w:after="360"/>
            </w:pPr>
            <w:r>
              <w:rPr>
                <w:rFonts w:ascii="Georgia" w:hAnsi="Georgia" w:eastAsia="Georgia"/>
                <w:b w:val="0"/>
                <w:i w:val="0"/>
                <w:color w:val="1D2430"/>
                <w:sz w:val="26"/>
              </w:rPr>
              <w:t xml:space="preserve">im Wert von </w:t>
            </w:r>
            <w:r>
              <w:rPr>
                <w:rFonts w:ascii="Georgia" w:hAnsi="Georgia" w:eastAsia="Georgia"/>
                <w:b/>
                <w:i w:val="0"/>
                <w:color w:val="9C7A2A"/>
                <w:sz w:val="30"/>
              </w:rPr>
              <w:t>________ €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für   ______________________________</w:t>
            </w:r>
          </w:p>
          <w:p>
            <w:pPr>
              <w:spacing w:before="0" w:after="40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von   ______________________________</w:t>
            </w:r>
          </w:p>
          <w:p>
            <w:pPr>
              <w:spacing w:before="0" w:after="360"/>
            </w:pPr>
            <w:r>
              <w:rPr>
                <w:rFonts w:ascii="Arial" w:hAnsi="Arial" w:eastAsia="Arial"/>
                <w:b w:val="0"/>
                <w:i/>
                <w:color w:val="6B6F76"/>
                <w:sz w:val="17"/>
              </w:rPr>
              <w:t>[Hinweis zur Einlösung, z. B. Ort, Reservierung oder Leistung]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6"/>
              </w:rPr>
              <w:t>[Adresse · Telefon · Website]</w:t>
            </w:r>
          </w:p>
          <w:p>
            <w:pPr>
              <w:spacing w:before="40" w:after="0"/>
            </w:pPr>
            <w:r>
              <w:rPr>
                <w:rFonts w:ascii="Arial" w:hAnsi="Arial" w:eastAsia="Arial"/>
                <w:b w:val="0"/>
                <w:i w:val="0"/>
                <w:color w:val="8D8678"/>
                <w:sz w:val="12"/>
              </w:rPr>
              <w:t>Vorlage: Hafenschnack Marketing · hafenschnack.com</w:t>
            </w:r>
          </w:p>
        </w:tc>
        <w:tc>
          <w:tcPr>
            <w:tcW w:type="dxa" w:w="3742"/>
            <w:vAlign w:val="top"/>
          </w:tcPr>
          <w:p>
            <w:pPr>
              <w:spacing w:before="0" w:after="400"/>
            </w:pPr>
            <w:r>
              <w:rPr>
                <w:rFonts w:ascii="Arial" w:hAnsi="Arial" w:eastAsia="Arial"/>
                <w:b/>
                <w:i w:val="0"/>
                <w:color w:val="1D2430"/>
                <w:sz w:val="20"/>
              </w:rPr>
              <w:t>Nr. 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AUSGESTELLT AM</w:t>
            </w:r>
          </w:p>
          <w:p>
            <w:pPr>
              <w:spacing w:before="160" w:after="32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GÜLTIG BIS</w:t>
            </w:r>
          </w:p>
          <w:p>
            <w:pPr>
              <w:spacing w:before="160" w:after="36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920" w:after="0"/>
            </w:pPr>
            <w:r>
              <w:rPr>
                <w:rFonts w:ascii="Arial" w:hAnsi="Arial" w:eastAsia="Arial"/>
                <w:b w:val="0"/>
                <w:i w:val="0"/>
                <w:color w:val="1D2430"/>
                <w:sz w:val="21"/>
              </w:rPr>
              <w:t>______________________</w:t>
            </w:r>
          </w:p>
          <w:p>
            <w:pPr>
              <w:spacing w:before="60" w:after="0"/>
            </w:pPr>
            <w:r>
              <w:rPr>
                <w:rFonts w:ascii="Arial" w:hAnsi="Arial" w:eastAsia="Arial"/>
                <w:b w:val="0"/>
                <w:i w:val="0"/>
                <w:color w:val="6B6F76"/>
                <w:sz w:val="14"/>
              </w:rPr>
              <w:t>STEMPEL UND UNTERSCHRIFT</w:t>
            </w:r>
          </w:p>
        </w:tc>
      </w:tr>
    </w:tbl>
    <w:p>
      <w:pPr>
        <w:spacing w:after="0" w:line="20" w:lineRule="exact"/>
      </w:pPr>
      <w:r>
        <w:rPr>
          <w:rFonts w:ascii="Arial" w:hAnsi="Arial" w:eastAsia="Arial"/>
          <w:b w:val="0"/>
          <w:i w:val="0"/>
          <w:color w:val="1D2430"/>
          <w:sz w:val="2"/>
        </w:rPr>
      </w:r>
    </w:p>
    <w:sectPr w:rsidR="00FC693F" w:rsidRPr="0006063C" w:rsidSect="00034616">
      <w:footerReference w:type="default" r:id="rId9"/>
      <w:pgSz w:w="11906" w:h="16838"/>
      <w:pgMar w:top="567" w:right="567" w:bottom="680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B6F76"/>
        <w:sz w:val="14"/>
      </w:rPr>
      <w:t>Vorlage: Hafenschnack Marketing · hafenschnack.com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Gutschein-Vorlage</dc:title>
  <dc:subject/>
  <dc:creator>Hafenschnack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