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400"/>
        <w:jc w:val="center"/>
      </w:pPr>
      <w:r>
        <w:rPr>
          <w:rFonts w:ascii="Arial" w:hAnsi="Arial" w:eastAsia="Arial"/>
          <w:b/>
          <w:i w:val="0"/>
          <w:color w:val="8A6420"/>
          <w:sz w:val="18"/>
        </w:rPr>
        <w:t>G Ä S T E M A P P E</w:t>
      </w:r>
    </w:p>
    <w:p>
      <w:pPr>
        <w:jc w:val="center"/>
      </w:pPr>
      <w:r>
        <w:rPr>
          <w:rFonts w:ascii="Georgia" w:hAnsi="Georgia" w:eastAsia="Georgia"/>
          <w:b/>
          <w:i w:val="0"/>
          <w:color w:val="1D2430"/>
          <w:sz w:val="72"/>
        </w:rPr>
        <w:t>Herzlich willkommen</w:t>
      </w:r>
    </w:p>
    <w:p>
      <w:pPr>
        <w:spacing w:after="600"/>
        <w:jc w:val="center"/>
      </w:pPr>
      <w:r>
        <w:rPr>
          <w:rFonts w:ascii="Georgia" w:hAnsi="Georgia" w:eastAsia="Georgia"/>
          <w:b/>
          <w:i w:val="0"/>
          <w:color w:val="8A6420"/>
          <w:sz w:val="44"/>
        </w:rPr>
        <w:t>[Name der Ferienwohnung]</w:t>
      </w:r>
    </w:p>
    <w:p>
      <w:pPr>
        <w:spacing w:after="800"/>
        <w:jc w:val="center"/>
      </w:pPr>
      <w:r>
        <w:rPr>
          <w:rFonts w:ascii="Georgia" w:hAnsi="Georgia" w:eastAsia="Georgia"/>
          <w:b w:val="0"/>
          <w:i/>
          <w:sz w:val="28"/>
        </w:rPr>
        <w:t>Schön, dass Sie da sind. In dieser Mappe finden Sie alles Wichtige für Ihren Aufenthalt, vom WLAN über die Hausordnung bis zu Tipps in der Umgebung. Wenn eine Frage offen bleibt, rufen Sie uns gern an.</w:t>
      </w:r>
    </w:p>
    <w:p>
      <w:r>
        <w:rPr>
          <w:rFonts w:ascii="Arial" w:hAnsi="Arial" w:eastAsia="Arial"/>
          <w:b/>
          <w:i w:val="0"/>
          <w:color w:val="6B6F76"/>
          <w:sz w:val="19"/>
        </w:rPr>
        <w:t xml:space="preserve">Ihre Gastgeber: </w:t>
      </w:r>
      <w:r>
        <w:rPr>
          <w:rFonts w:ascii="Georgia" w:hAnsi="Georgia" w:eastAsia="Georgia"/>
          <w:b w:val="0"/>
          <w:i w:val="0"/>
          <w:sz w:val="22"/>
        </w:rPr>
        <w:t>…</w:t>
      </w:r>
    </w:p>
    <w:p>
      <w:r>
        <w:rPr>
          <w:rFonts w:ascii="Arial" w:hAnsi="Arial" w:eastAsia="Arial"/>
          <w:b/>
          <w:i w:val="0"/>
          <w:color w:val="6B6F76"/>
          <w:sz w:val="19"/>
        </w:rPr>
        <w:t xml:space="preserve">Telefon: </w:t>
      </w:r>
      <w:r>
        <w:rPr>
          <w:rFonts w:ascii="Georgia" w:hAnsi="Georgia" w:eastAsia="Georgia"/>
          <w:b w:val="0"/>
          <w:i w:val="0"/>
          <w:sz w:val="22"/>
        </w:rPr>
        <w:t>…</w:t>
      </w:r>
    </w:p>
    <w:p>
      <w:r>
        <w:rPr>
          <w:rFonts w:ascii="Arial" w:hAnsi="Arial" w:eastAsia="Arial"/>
          <w:b/>
          <w:i w:val="0"/>
          <w:color w:val="6B6F76"/>
          <w:sz w:val="19"/>
        </w:rPr>
        <w:t xml:space="preserve">E-Mail: </w:t>
      </w:r>
      <w:r>
        <w:rPr>
          <w:rFonts w:ascii="Georgia" w:hAnsi="Georgia" w:eastAsia="Georgia"/>
          <w:b w:val="0"/>
          <w:i w:val="0"/>
          <w:sz w:val="22"/>
        </w:rPr>
        <w:t>…</w:t>
      </w:r>
    </w:p>
    <w:p>
      <w:pPr>
        <w:pageBreakBefore/>
      </w:pPr>
      <w:r>
        <w:rPr>
          <w:rFonts w:ascii="Arial" w:hAnsi="Arial" w:eastAsia="Arial"/>
          <w:b/>
          <w:i w:val="0"/>
          <w:color w:val="8A6420"/>
          <w:sz w:val="16"/>
        </w:rPr>
        <w:t>G U T   A N K O M M E N</w:t>
      </w:r>
    </w:p>
    <w:p>
      <w:pPr>
        <w:spacing w:after="280"/>
      </w:pPr>
      <w:r>
        <w:rPr>
          <w:rFonts w:ascii="Georgia" w:hAnsi="Georgia" w:eastAsia="Georgia"/>
          <w:b/>
          <w:i w:val="0"/>
          <w:color w:val="1D2430"/>
          <w:sz w:val="48"/>
        </w:rPr>
        <w:t>Anreise, Abreise und WLAN</w:t>
      </w:r>
    </w:p>
    <w:p>
      <w:r>
        <w:rPr>
          <w:rFonts w:ascii="Arial" w:hAnsi="Arial" w:eastAsia="Arial"/>
          <w:b/>
          <w:i w:val="0"/>
          <w:color w:val="6B6F76"/>
          <w:sz w:val="19"/>
        </w:rPr>
        <w:t xml:space="preserve">Check-in ab: </w:t>
      </w:r>
      <w:r>
        <w:rPr>
          <w:rFonts w:ascii="Georgia" w:hAnsi="Georgia" w:eastAsia="Georgia"/>
          <w:b w:val="0"/>
          <w:i w:val="0"/>
          <w:sz w:val="22"/>
        </w:rPr>
        <w:t>…</w:t>
      </w:r>
    </w:p>
    <w:p>
      <w:r>
        <w:rPr>
          <w:rFonts w:ascii="Arial" w:hAnsi="Arial" w:eastAsia="Arial"/>
          <w:b/>
          <w:i w:val="0"/>
          <w:color w:val="6B6F76"/>
          <w:sz w:val="19"/>
        </w:rPr>
        <w:t xml:space="preserve">Check-out bis: </w:t>
      </w:r>
      <w:r>
        <w:rPr>
          <w:rFonts w:ascii="Georgia" w:hAnsi="Georgia" w:eastAsia="Georgia"/>
          <w:b w:val="0"/>
          <w:i w:val="0"/>
          <w:sz w:val="22"/>
        </w:rPr>
        <w:t>…</w:t>
      </w:r>
    </w:p>
    <w:p>
      <w:r>
        <w:rPr>
          <w:rFonts w:ascii="Arial" w:hAnsi="Arial" w:eastAsia="Arial"/>
          <w:b/>
          <w:i w:val="0"/>
          <w:color w:val="6B6F76"/>
          <w:sz w:val="19"/>
        </w:rPr>
        <w:t xml:space="preserve">Schlüssel: </w:t>
      </w:r>
      <w:r>
        <w:rPr>
          <w:rFonts w:ascii="Georgia" w:hAnsi="Georgia" w:eastAsia="Georgia"/>
          <w:b w:val="0"/>
          <w:i w:val="0"/>
          <w:sz w:val="22"/>
        </w:rPr>
        <w:t>…</w:t>
      </w:r>
    </w:p>
    <w:p>
      <w:r>
        <w:rPr>
          <w:rFonts w:ascii="Arial" w:hAnsi="Arial" w:eastAsia="Arial"/>
          <w:b/>
          <w:i w:val="0"/>
          <w:color w:val="6B6F76"/>
          <w:sz w:val="19"/>
        </w:rPr>
        <w:t xml:space="preserve">Parken: </w:t>
      </w:r>
      <w:r>
        <w:rPr>
          <w:rFonts w:ascii="Georgia" w:hAnsi="Georgia" w:eastAsia="Georgia"/>
          <w:b w:val="0"/>
          <w:i w:val="0"/>
          <w:sz w:val="22"/>
        </w:rPr>
        <w:t>…</w:t>
      </w:r>
    </w:p>
    <w:p>
      <w:r>
        <w:rPr>
          <w:rFonts w:ascii="Arial" w:hAnsi="Arial" w:eastAsia="Arial"/>
          <w:b/>
          <w:i w:val="0"/>
          <w:color w:val="6B6F76"/>
          <w:sz w:val="19"/>
        </w:rPr>
        <w:t xml:space="preserve">WLAN-Netzwerk: </w:t>
      </w:r>
      <w:r>
        <w:rPr>
          <w:rFonts w:ascii="Georgia" w:hAnsi="Georgia" w:eastAsia="Georgia"/>
          <w:b w:val="0"/>
          <w:i w:val="0"/>
          <w:sz w:val="22"/>
        </w:rPr>
        <w:t>…</w:t>
      </w:r>
    </w:p>
    <w:p>
      <w:r>
        <w:rPr>
          <w:rFonts w:ascii="Arial" w:hAnsi="Arial" w:eastAsia="Arial"/>
          <w:b/>
          <w:i w:val="0"/>
          <w:color w:val="6B6F76"/>
          <w:sz w:val="19"/>
        </w:rPr>
        <w:t xml:space="preserve">WLAN-Passwort: </w:t>
      </w:r>
      <w:r>
        <w:rPr>
          <w:rFonts w:ascii="Georgia" w:hAnsi="Georgia" w:eastAsia="Georgia"/>
          <w:b w:val="0"/>
          <w:i w:val="0"/>
          <w:sz w:val="22"/>
        </w:rPr>
        <w:t>…</w:t>
      </w:r>
    </w:p>
    <w:p>
      <w:r>
        <w:rPr>
          <w:rFonts w:ascii="Arial" w:hAnsi="Arial" w:eastAsia="Arial"/>
          <w:b/>
          <w:i w:val="0"/>
          <w:color w:val="6B6F76"/>
          <w:sz w:val="19"/>
        </w:rPr>
        <w:t xml:space="preserve">Gut zu wissen: </w:t>
      </w:r>
      <w:r>
        <w:rPr>
          <w:rFonts w:ascii="Georgia" w:hAnsi="Georgia" w:eastAsia="Georgia"/>
          <w:b w:val="0"/>
          <w:i w:val="0"/>
          <w:sz w:val="22"/>
        </w:rPr>
        <w:t>…</w:t>
      </w:r>
    </w:p>
    <w:p>
      <w:pPr>
        <w:pageBreakBefore/>
      </w:pPr>
      <w:r>
        <w:rPr>
          <w:rFonts w:ascii="Arial" w:hAnsi="Arial" w:eastAsia="Arial"/>
          <w:b/>
          <w:i w:val="0"/>
          <w:color w:val="8A6420"/>
          <w:sz w:val="16"/>
        </w:rPr>
        <w:t>I H R E   W O H N U N G</w:t>
      </w:r>
    </w:p>
    <w:p>
      <w:pPr>
        <w:spacing w:after="280"/>
      </w:pPr>
      <w:r>
        <w:rPr>
          <w:rFonts w:ascii="Georgia" w:hAnsi="Georgia" w:eastAsia="Georgia"/>
          <w:b/>
          <w:i w:val="0"/>
          <w:color w:val="1D2430"/>
          <w:sz w:val="48"/>
        </w:rPr>
        <w:t>Die Wohnung von A bis Z</w:t>
      </w:r>
    </w:p>
    <w:p>
      <w:r>
        <w:rPr>
          <w:rFonts w:ascii="Georgia" w:hAnsi="Georgia" w:eastAsia="Georgia"/>
          <w:b w:val="0"/>
          <w:i w:val="0"/>
          <w:color w:val="1D2430"/>
          <w:sz w:val="22"/>
        </w:rPr>
        <w:t>Abfall: Bitte trennen Sie Restmüll, Bioabfall, Papier und Verpackungen. Die Tonnen stehen …</w:t>
      </w:r>
    </w:p>
    <w:p>
      <w:r>
        <w:rPr>
          <w:rFonts w:ascii="Georgia" w:hAnsi="Georgia" w:eastAsia="Georgia"/>
          <w:b w:val="0"/>
          <w:i w:val="0"/>
          <w:color w:val="1D2430"/>
          <w:sz w:val="22"/>
        </w:rPr>
        <w:t>Bettwäsche und Handtücher: …</w:t>
      </w:r>
    </w:p>
    <w:p>
      <w:r>
        <w:rPr>
          <w:rFonts w:ascii="Georgia" w:hAnsi="Georgia" w:eastAsia="Georgia"/>
          <w:b w:val="0"/>
          <w:i w:val="0"/>
          <w:color w:val="1D2430"/>
          <w:sz w:val="22"/>
        </w:rPr>
        <w:t>Geschirrspüler: Tabs liegen …</w:t>
      </w:r>
    </w:p>
    <w:p>
      <w:r>
        <w:rPr>
          <w:rFonts w:ascii="Georgia" w:hAnsi="Georgia" w:eastAsia="Georgia"/>
          <w:b w:val="0"/>
          <w:i w:val="0"/>
          <w:color w:val="1D2430"/>
          <w:sz w:val="22"/>
        </w:rPr>
        <w:t>Heizung: …</w:t>
      </w:r>
    </w:p>
    <w:p>
      <w:r>
        <w:rPr>
          <w:rFonts w:ascii="Georgia" w:hAnsi="Georgia" w:eastAsia="Georgia"/>
          <w:b w:val="0"/>
          <w:i w:val="0"/>
          <w:color w:val="1D2430"/>
          <w:sz w:val="22"/>
        </w:rPr>
        <w:t>Herd und Backofen: …</w:t>
      </w:r>
    </w:p>
    <w:p>
      <w:r>
        <w:rPr>
          <w:rFonts w:ascii="Georgia" w:hAnsi="Georgia" w:eastAsia="Georgia"/>
          <w:b w:val="0"/>
          <w:i w:val="0"/>
          <w:color w:val="1D2430"/>
          <w:sz w:val="22"/>
        </w:rPr>
        <w:t>Kaffeemaschine: …</w:t>
      </w:r>
    </w:p>
    <w:p>
      <w:r>
        <w:rPr>
          <w:rFonts w:ascii="Georgia" w:hAnsi="Georgia" w:eastAsia="Georgia"/>
          <w:b w:val="0"/>
          <w:i w:val="0"/>
          <w:color w:val="1D2430"/>
          <w:sz w:val="22"/>
        </w:rPr>
        <w:t>Lüften: Bitte mehrmals am Tag kurz die Fenster weit öffnen.</w:t>
      </w:r>
    </w:p>
    <w:p>
      <w:r>
        <w:rPr>
          <w:rFonts w:ascii="Georgia" w:hAnsi="Georgia" w:eastAsia="Georgia"/>
          <w:b w:val="0"/>
          <w:i w:val="0"/>
          <w:color w:val="1D2430"/>
          <w:sz w:val="22"/>
        </w:rPr>
        <w:t>Rauchen: Bitte nur draußen, in der Wohnung ist Rauchen nicht erlaubt.</w:t>
      </w:r>
    </w:p>
    <w:p>
      <w:r>
        <w:rPr>
          <w:rFonts w:ascii="Georgia" w:hAnsi="Georgia" w:eastAsia="Georgia"/>
          <w:b w:val="0"/>
          <w:i w:val="0"/>
          <w:color w:val="1D2430"/>
          <w:sz w:val="22"/>
        </w:rPr>
        <w:t>Strandkorb oder Fahrräder: …</w:t>
      </w:r>
    </w:p>
    <w:p>
      <w:r>
        <w:rPr>
          <w:rFonts w:ascii="Georgia" w:hAnsi="Georgia" w:eastAsia="Georgia"/>
          <w:b w:val="0"/>
          <w:i w:val="0"/>
          <w:color w:val="1D2430"/>
          <w:sz w:val="22"/>
        </w:rPr>
        <w:t>Waschmaschine: …</w:t>
      </w:r>
    </w:p>
    <w:p>
      <w:r>
        <w:rPr>
          <w:rFonts w:ascii="Georgia" w:hAnsi="Georgia" w:eastAsia="Georgia"/>
          <w:b w:val="0"/>
          <w:i w:val="0"/>
          <w:color w:val="1D2430"/>
          <w:sz w:val="22"/>
        </w:rPr>
        <w:t>Fernseher: …</w:t>
      </w:r>
    </w:p>
    <w:p>
      <w:pPr>
        <w:pageBreakBefore/>
      </w:pPr>
      <w:r>
        <w:rPr>
          <w:rFonts w:ascii="Arial" w:hAnsi="Arial" w:eastAsia="Arial"/>
          <w:b/>
          <w:i w:val="0"/>
          <w:color w:val="8A6420"/>
          <w:sz w:val="16"/>
        </w:rPr>
        <w:t>M I T E I N A N D E R</w:t>
      </w:r>
    </w:p>
    <w:p>
      <w:pPr>
        <w:spacing w:after="280"/>
      </w:pPr>
      <w:r>
        <w:rPr>
          <w:rFonts w:ascii="Georgia" w:hAnsi="Georgia" w:eastAsia="Georgia"/>
          <w:b/>
          <w:i w:val="0"/>
          <w:color w:val="1D2430"/>
          <w:sz w:val="48"/>
        </w:rPr>
        <w:t>Hausordnung</w:t>
      </w:r>
    </w:p>
    <w:p>
      <w:r>
        <w:rPr>
          <w:rFonts w:ascii="Georgia" w:hAnsi="Georgia" w:eastAsia="Georgia"/>
          <w:b w:val="0"/>
          <w:i w:val="0"/>
          <w:color w:val="1D2430"/>
          <w:sz w:val="22"/>
        </w:rPr>
        <w:t>1. Bitte nehmen Sie Rücksicht auf Nachbarn, besonders zwischen 22 und 7 Uhr.</w:t>
      </w:r>
    </w:p>
    <w:p>
      <w:r>
        <w:rPr>
          <w:rFonts w:ascii="Georgia" w:hAnsi="Georgia" w:eastAsia="Georgia"/>
          <w:b w:val="0"/>
          <w:i w:val="0"/>
          <w:color w:val="1D2430"/>
          <w:sz w:val="22"/>
        </w:rPr>
        <w:t>2. In der Wohnung wird nicht geraucht.</w:t>
      </w:r>
    </w:p>
    <w:p>
      <w:r>
        <w:rPr>
          <w:rFonts w:ascii="Georgia" w:hAnsi="Georgia" w:eastAsia="Georgia"/>
          <w:b w:val="0"/>
          <w:i w:val="0"/>
          <w:color w:val="1D2430"/>
          <w:sz w:val="22"/>
        </w:rPr>
        <w:t>3. Haustiere nur nach Absprache.</w:t>
      </w:r>
    </w:p>
    <w:p>
      <w:r>
        <w:rPr>
          <w:rFonts w:ascii="Georgia" w:hAnsi="Georgia" w:eastAsia="Georgia"/>
          <w:b w:val="0"/>
          <w:i w:val="0"/>
          <w:color w:val="1D2430"/>
          <w:sz w:val="22"/>
        </w:rPr>
        <w:t>4. Feiern und zusätzliche Übernachtungsgäste nur nach Absprache.</w:t>
      </w:r>
    </w:p>
    <w:p>
      <w:r>
        <w:rPr>
          <w:rFonts w:ascii="Georgia" w:hAnsi="Georgia" w:eastAsia="Georgia"/>
          <w:b w:val="0"/>
          <w:i w:val="0"/>
          <w:color w:val="1D2430"/>
          <w:sz w:val="22"/>
        </w:rPr>
        <w:t>5. Bitte melden Sie Schäden gleich, damit wir sie schnell beheben können.</w:t>
      </w:r>
    </w:p>
    <w:p>
      <w:r>
        <w:rPr>
          <w:rFonts w:ascii="Georgia" w:hAnsi="Georgia" w:eastAsia="Georgia"/>
          <w:b w:val="0"/>
          <w:i w:val="0"/>
          <w:color w:val="1D2430"/>
          <w:sz w:val="22"/>
        </w:rPr>
        <w:t>6. Gehen Sie bitte sorgsam mit der Einrichtung um und lüften Sie regelmäßig.</w:t>
      </w:r>
    </w:p>
    <w:p>
      <w:r>
        <w:rPr>
          <w:rFonts w:ascii="Georgia" w:hAnsi="Georgia" w:eastAsia="Georgia"/>
          <w:b w:val="0"/>
          <w:i w:val="0"/>
          <w:color w:val="1D2430"/>
          <w:sz w:val="22"/>
        </w:rPr>
        <w:t>7. Beim Verlassen der Wohnung Fenster schließen und Licht ausschalten.</w:t>
      </w:r>
    </w:p>
    <w:p>
      <w:r>
        <w:rPr>
          <w:rFonts w:ascii="Georgia" w:hAnsi="Georgia" w:eastAsia="Georgia"/>
          <w:b w:val="0"/>
          <w:i w:val="0"/>
          <w:color w:val="1D2430"/>
          <w:sz w:val="22"/>
        </w:rPr>
        <w:t>8. Bei Verlust eines Schlüssels sagen Sie uns bitte sofort Bescheid.</w:t>
      </w:r>
    </w:p>
    <w:p>
      <w:r>
        <w:rPr>
          <w:rFonts w:ascii="Georgia" w:hAnsi="Georgia" w:eastAsia="Georgia"/>
          <w:b w:val="0"/>
          <w:i/>
          <w:color w:val="6B6F76"/>
          <w:sz w:val="20"/>
        </w:rPr>
        <w:t>Vielen Dank, dass Sie unsere Wohnung wie Ihr eigenes Zuhause behandeln.</w:t>
      </w:r>
    </w:p>
    <w:p>
      <w:pPr>
        <w:pageBreakBefore/>
      </w:pPr>
      <w:r>
        <w:rPr>
          <w:rFonts w:ascii="Arial" w:hAnsi="Arial" w:eastAsia="Arial"/>
          <w:b/>
          <w:i w:val="0"/>
          <w:color w:val="8A6420"/>
          <w:sz w:val="16"/>
        </w:rPr>
        <w:t>W I C H T I G E   N U M M E R N</w:t>
      </w:r>
    </w:p>
    <w:p>
      <w:pPr>
        <w:spacing w:after="280"/>
      </w:pPr>
      <w:r>
        <w:rPr>
          <w:rFonts w:ascii="Georgia" w:hAnsi="Georgia" w:eastAsia="Georgia"/>
          <w:b/>
          <w:i w:val="0"/>
          <w:color w:val="1D2430"/>
          <w:sz w:val="48"/>
        </w:rPr>
        <w:t>Notfall und Umgebung</w:t>
      </w:r>
    </w:p>
    <w:p>
      <w:r>
        <w:rPr>
          <w:rFonts w:ascii="Georgia" w:hAnsi="Georgia" w:eastAsia="Georgia"/>
          <w:b/>
          <w:i w:val="0"/>
          <w:sz w:val="32"/>
        </w:rPr>
        <w:t xml:space="preserve">112   </w:t>
      </w:r>
      <w:r>
        <w:rPr>
          <w:rFonts w:ascii="Arial" w:hAnsi="Arial" w:eastAsia="Arial"/>
          <w:b w:val="0"/>
          <w:i w:val="0"/>
          <w:sz w:val="21"/>
        </w:rPr>
        <w:t>Notruf Feuerwehr und Rettungsdienst</w:t>
      </w:r>
    </w:p>
    <w:p>
      <w:r>
        <w:rPr>
          <w:rFonts w:ascii="Georgia" w:hAnsi="Georgia" w:eastAsia="Georgia"/>
          <w:b/>
          <w:i w:val="0"/>
          <w:sz w:val="32"/>
        </w:rPr>
        <w:t xml:space="preserve">110   </w:t>
      </w:r>
      <w:r>
        <w:rPr>
          <w:rFonts w:ascii="Arial" w:hAnsi="Arial" w:eastAsia="Arial"/>
          <w:b w:val="0"/>
          <w:i w:val="0"/>
          <w:sz w:val="21"/>
        </w:rPr>
        <w:t>Polizei</w:t>
      </w:r>
    </w:p>
    <w:p>
      <w:r>
        <w:rPr>
          <w:rFonts w:ascii="Georgia" w:hAnsi="Georgia" w:eastAsia="Georgia"/>
          <w:b/>
          <w:i w:val="0"/>
          <w:sz w:val="32"/>
        </w:rPr>
        <w:t xml:space="preserve">116 117   </w:t>
      </w:r>
      <w:r>
        <w:rPr>
          <w:rFonts w:ascii="Arial" w:hAnsi="Arial" w:eastAsia="Arial"/>
          <w:b w:val="0"/>
          <w:i w:val="0"/>
          <w:sz w:val="21"/>
        </w:rPr>
        <w:t>Ärztlicher Bereitschaftsdienst außerhalb der Sprechstunden</w:t>
      </w:r>
    </w:p>
    <w:p>
      <w:r>
        <w:rPr>
          <w:rFonts w:ascii="Arial" w:hAnsi="Arial" w:eastAsia="Arial"/>
          <w:b/>
          <w:i w:val="0"/>
          <w:color w:val="6B6F76"/>
          <w:sz w:val="19"/>
        </w:rPr>
        <w:t xml:space="preserve">Gastgeber im Notfall: </w:t>
      </w:r>
      <w:r>
        <w:rPr>
          <w:rFonts w:ascii="Georgia" w:hAnsi="Georgia" w:eastAsia="Georgia"/>
          <w:b w:val="0"/>
          <w:i w:val="0"/>
          <w:sz w:val="22"/>
        </w:rPr>
        <w:t>…</w:t>
      </w:r>
    </w:p>
    <w:p>
      <w:r>
        <w:rPr>
          <w:rFonts w:ascii="Arial" w:hAnsi="Arial" w:eastAsia="Arial"/>
          <w:b/>
          <w:i w:val="0"/>
          <w:color w:val="6B6F76"/>
          <w:sz w:val="19"/>
        </w:rPr>
        <w:t xml:space="preserve">Nächste Apotheke: </w:t>
      </w:r>
      <w:r>
        <w:rPr>
          <w:rFonts w:ascii="Georgia" w:hAnsi="Georgia" w:eastAsia="Georgia"/>
          <w:b w:val="0"/>
          <w:i w:val="0"/>
          <w:sz w:val="22"/>
        </w:rPr>
        <w:t>…</w:t>
      </w:r>
    </w:p>
    <w:p>
      <w:r>
        <w:rPr>
          <w:rFonts w:ascii="Arial" w:hAnsi="Arial" w:eastAsia="Arial"/>
          <w:b/>
          <w:i w:val="0"/>
          <w:color w:val="6B6F76"/>
          <w:sz w:val="19"/>
        </w:rPr>
        <w:t xml:space="preserve">Arztpraxis in der Nähe: </w:t>
      </w:r>
      <w:r>
        <w:rPr>
          <w:rFonts w:ascii="Georgia" w:hAnsi="Georgia" w:eastAsia="Georgia"/>
          <w:b w:val="0"/>
          <w:i w:val="0"/>
          <w:sz w:val="22"/>
        </w:rPr>
        <w:t>…</w:t>
      </w:r>
    </w:p>
    <w:p>
      <w:r>
        <w:rPr>
          <w:rFonts w:ascii="Arial" w:hAnsi="Arial" w:eastAsia="Arial"/>
          <w:b/>
          <w:i w:val="0"/>
          <w:color w:val="6B6F76"/>
          <w:sz w:val="19"/>
        </w:rPr>
        <w:t xml:space="preserve">Nächstes Krankenhaus: </w:t>
      </w:r>
      <w:r>
        <w:rPr>
          <w:rFonts w:ascii="Georgia" w:hAnsi="Georgia" w:eastAsia="Georgia"/>
          <w:b w:val="0"/>
          <w:i w:val="0"/>
          <w:sz w:val="22"/>
        </w:rPr>
        <w:t>…</w:t>
      </w:r>
    </w:p>
    <w:p>
      <w:pPr>
        <w:spacing w:before="280"/>
      </w:pPr>
      <w:r>
        <w:rPr>
          <w:rFonts w:ascii="Georgia" w:hAnsi="Georgia" w:eastAsia="Georgia"/>
          <w:b/>
          <w:i w:val="0"/>
          <w:sz w:val="32"/>
        </w:rPr>
        <w:t>Tipps in der Umgebung</w:t>
      </w:r>
    </w:p>
    <w:p>
      <w:r>
        <w:rPr>
          <w:rFonts w:ascii="Georgia" w:hAnsi="Georgia" w:eastAsia="Georgia"/>
          <w:b w:val="0"/>
          <w:i w:val="0"/>
          <w:color w:val="1D2430"/>
          <w:sz w:val="22"/>
        </w:rPr>
        <w:t>Einkaufen: …</w:t>
      </w:r>
    </w:p>
    <w:p>
      <w:r>
        <w:rPr>
          <w:rFonts w:ascii="Georgia" w:hAnsi="Georgia" w:eastAsia="Georgia"/>
          <w:b w:val="0"/>
          <w:i w:val="0"/>
          <w:color w:val="1D2430"/>
          <w:sz w:val="22"/>
        </w:rPr>
        <w:t>Bäcker: …</w:t>
      </w:r>
    </w:p>
    <w:p>
      <w:r>
        <w:rPr>
          <w:rFonts w:ascii="Georgia" w:hAnsi="Georgia" w:eastAsia="Georgia"/>
          <w:b w:val="0"/>
          <w:i w:val="0"/>
          <w:color w:val="1D2430"/>
          <w:sz w:val="22"/>
        </w:rPr>
        <w:t>Restaurants und Cafés: …</w:t>
      </w:r>
    </w:p>
    <w:p>
      <w:r>
        <w:rPr>
          <w:rFonts w:ascii="Georgia" w:hAnsi="Georgia" w:eastAsia="Georgia"/>
          <w:b w:val="0"/>
          <w:i w:val="0"/>
          <w:color w:val="1D2430"/>
          <w:sz w:val="22"/>
        </w:rPr>
        <w:t>Strand und Badestellen: …</w:t>
      </w:r>
    </w:p>
    <w:p>
      <w:r>
        <w:rPr>
          <w:rFonts w:ascii="Georgia" w:hAnsi="Georgia" w:eastAsia="Georgia"/>
          <w:b w:val="0"/>
          <w:i w:val="0"/>
          <w:color w:val="1D2430"/>
          <w:sz w:val="22"/>
        </w:rPr>
        <w:t>Ausflüge bei Regen: …</w:t>
      </w:r>
    </w:p>
    <w:p>
      <w:r>
        <w:rPr>
          <w:rFonts w:ascii="Georgia" w:hAnsi="Georgia" w:eastAsia="Georgia"/>
          <w:b w:val="0"/>
          <w:i w:val="0"/>
          <w:color w:val="1D2430"/>
          <w:sz w:val="22"/>
        </w:rPr>
        <w:t>Bus und Bahn: …</w:t>
      </w:r>
    </w:p>
    <w:p>
      <w:pPr>
        <w:pageBreakBefore/>
      </w:pPr>
      <w:r>
        <w:rPr>
          <w:rFonts w:ascii="Arial" w:hAnsi="Arial" w:eastAsia="Arial"/>
          <w:b/>
          <w:i w:val="0"/>
          <w:color w:val="8A6420"/>
          <w:sz w:val="16"/>
        </w:rPr>
        <w:t>G U T E   H E I M R E I S E</w:t>
      </w:r>
    </w:p>
    <w:p>
      <w:pPr>
        <w:spacing w:after="280"/>
      </w:pPr>
      <w:r>
        <w:rPr>
          <w:rFonts w:ascii="Georgia" w:hAnsi="Georgia" w:eastAsia="Georgia"/>
          <w:b/>
          <w:i w:val="0"/>
          <w:color w:val="1D2430"/>
          <w:sz w:val="48"/>
        </w:rPr>
        <w:t>Vor der Abreise</w:t>
      </w:r>
    </w:p>
    <w:p>
      <w:r>
        <w:rPr>
          <w:rFonts w:ascii="Georgia" w:hAnsi="Georgia" w:eastAsia="Georgia"/>
          <w:b w:val="0"/>
          <w:i w:val="0"/>
          <w:sz w:val="22"/>
        </w:rPr>
        <w:t>☐  Geschirr gespült oder Geschirrspüler angestellt</w:t>
      </w:r>
    </w:p>
    <w:p>
      <w:r>
        <w:rPr>
          <w:rFonts w:ascii="Georgia" w:hAnsi="Georgia" w:eastAsia="Georgia"/>
          <w:b w:val="0"/>
          <w:i w:val="0"/>
          <w:sz w:val="22"/>
        </w:rPr>
        <w:t>☐  Kühlschrank geleert</w:t>
      </w:r>
    </w:p>
    <w:p>
      <w:r>
        <w:rPr>
          <w:rFonts w:ascii="Georgia" w:hAnsi="Georgia" w:eastAsia="Georgia"/>
          <w:b w:val="0"/>
          <w:i w:val="0"/>
          <w:sz w:val="22"/>
        </w:rPr>
        <w:t>☐  Müll getrennt und entsorgt</w:t>
      </w:r>
    </w:p>
    <w:p>
      <w:r>
        <w:rPr>
          <w:rFonts w:ascii="Georgia" w:hAnsi="Georgia" w:eastAsia="Georgia"/>
          <w:b w:val="0"/>
          <w:i w:val="0"/>
          <w:sz w:val="22"/>
        </w:rPr>
        <w:t>☐  Fenster geschlossen, Heizung heruntergedreht</w:t>
      </w:r>
    </w:p>
    <w:p>
      <w:r>
        <w:rPr>
          <w:rFonts w:ascii="Georgia" w:hAnsi="Georgia" w:eastAsia="Georgia"/>
          <w:b w:val="0"/>
          <w:i w:val="0"/>
          <w:sz w:val="22"/>
        </w:rPr>
        <w:t>☐  Licht und Elektrogeräte ausgeschaltet</w:t>
      </w:r>
    </w:p>
    <w:p>
      <w:r>
        <w:rPr>
          <w:rFonts w:ascii="Georgia" w:hAnsi="Georgia" w:eastAsia="Georgia"/>
          <w:b w:val="0"/>
          <w:i w:val="0"/>
          <w:sz w:val="22"/>
        </w:rPr>
        <w:t>☐  Schlüssel zurückgelegt oder abgegeben</w:t>
      </w:r>
    </w:p>
    <w:p>
      <w:pPr>
        <w:spacing w:before="360"/>
      </w:pPr>
      <w:r>
        <w:rPr>
          <w:rFonts w:ascii="Georgia" w:hAnsi="Georgia" w:eastAsia="Georgia"/>
          <w:b/>
          <w:i w:val="0"/>
          <w:sz w:val="32"/>
        </w:rPr>
        <w:t>Wie hat es Ihnen gefallen?</w:t>
      </w:r>
    </w:p>
    <w:p>
      <w:r>
        <w:rPr>
          <w:rFonts w:ascii="Georgia" w:hAnsi="Georgia" w:eastAsia="Georgia"/>
          <w:b w:val="0"/>
          <w:i w:val="0"/>
          <w:color w:val="1D2430"/>
          <w:sz w:val="22"/>
        </w:rPr>
        <w:t>Über eine ehrliche Bewertung auf dem Portal, über das Sie gebucht haben, freuen wir uns. Für Ihren nächsten Urlaub können Sie auch direkt bei uns buchen:</w:t>
      </w:r>
    </w:p>
    <w:p>
      <w:r>
        <w:rPr>
          <w:rFonts w:ascii="Arial" w:hAnsi="Arial" w:eastAsia="Arial"/>
          <w:b/>
          <w:i w:val="0"/>
          <w:color w:val="6B6F76"/>
          <w:sz w:val="19"/>
        </w:rPr>
        <w:t xml:space="preserve">Website oder Telefon für Direktbuchungen: </w:t>
      </w:r>
      <w:r>
        <w:rPr>
          <w:rFonts w:ascii="Georgia" w:hAnsi="Georgia" w:eastAsia="Georgia"/>
          <w:b w:val="0"/>
          <w:i w:val="0"/>
          <w:sz w:val="22"/>
        </w:rPr>
        <w:t>…</w:t>
      </w:r>
    </w:p>
    <w:p>
      <w:r>
        <w:rPr>
          <w:rFonts w:ascii="Georgia" w:hAnsi="Georgia" w:eastAsia="Georgia"/>
          <w:b w:val="0"/>
          <w:i/>
          <w:color w:val="1D2430"/>
          <w:sz w:val="26"/>
        </w:rPr>
        <w:t>Wir wünschen Ihnen eine gute Heimreise und freuen uns, wenn Sie wiederkommen.</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eastAsia="Arial"/>
        <w:b w:val="0"/>
        <w:i w:val="0"/>
        <w:color w:val="6B6F76"/>
        <w:sz w:val="15"/>
      </w:rPr>
      <w:t>Vorlage: Hafenschnack Marketing · hafenschnack.com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Gästemappe Ferienwohnung</dc:title>
  <dc:subject/>
  <dc:creator>Hafenschnack Marketing</dc:creator>
  <cp:keywords/>
  <dc:description>generated by python-docx</dc:description>
  <cp:lastModifiedBy/>
  <cp:revision>1</cp:revision>
  <dcterms:created xsi:type="dcterms:W3CDTF">2013-12-23T23:15:00Z</dcterms:created>
  <dcterms:modified xsi:type="dcterms:W3CDTF">2013-12-23T23:15:00Z</dcterms:modified>
  <cp:category/>
</cp:coreProperties>
</file>